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3F" w:rsidRDefault="00EE5917">
      <w:pPr>
        <w:jc w:val="right"/>
      </w:pPr>
      <w:r>
        <w:rPr>
          <w:sz w:val="20"/>
        </w:rPr>
        <w:t>Załącznik nr 1 do regulaminu</w:t>
      </w:r>
    </w:p>
    <w:p w:rsidR="0058373F" w:rsidRDefault="00EE5917">
      <w:pPr>
        <w:jc w:val="center"/>
      </w:pPr>
      <w:r>
        <w:rPr>
          <w:noProof/>
          <w:lang w:val="pl-PL" w:eastAsia="pl-PL"/>
        </w:rPr>
        <w:drawing>
          <wp:inline distT="0" distB="0" distL="0" distR="0">
            <wp:extent cx="1872000" cy="9800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c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98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73F" w:rsidRDefault="00EE5917">
      <w:pPr>
        <w:pStyle w:val="Tytu"/>
        <w:jc w:val="center"/>
      </w:pPr>
      <w:r>
        <w:t>Karta zgłoszeniowa drużyny</w:t>
      </w:r>
    </w:p>
    <w:p w:rsidR="0058373F" w:rsidRDefault="00EE5917">
      <w:pPr>
        <w:jc w:val="center"/>
      </w:pPr>
      <w:r>
        <w:t>II Andrzejkowy Turniej Siatkówki o Puchar Burmistrza Sośnicowic</w:t>
      </w:r>
      <w:r>
        <w:br/>
        <w:t>28 listopada 2026 r. • hala sportowa, ul. Gimnazjalna 6</w:t>
      </w:r>
    </w:p>
    <w:p w:rsidR="0058373F" w:rsidRDefault="00EE5917">
      <w:r>
        <w:rPr>
          <w:b/>
        </w:rPr>
        <w:t>Termin zgłoszeń: 20 listopada 2026 r. • Zbiórka drużyn: godz. 8:00</w:t>
      </w:r>
    </w:p>
    <w:p w:rsidR="0058373F" w:rsidRDefault="00EE5917">
      <w:r>
        <w:t>Zgłoszenie: Biuro Obsługi Interesanta Urzędu Miejskiego w Sośnicowicach lub e-mail: biuropodawcze@sosnicowice.pl.</w:t>
      </w:r>
    </w:p>
    <w:p w:rsidR="0058373F" w:rsidRDefault="00EE5917">
      <w:r>
        <w:t>Nazwa drużyny: ........................................................................................................</w:t>
      </w:r>
    </w:p>
    <w:p w:rsidR="0058373F" w:rsidRDefault="00EE5917">
      <w:r>
        <w:t>Kapitan / osoba kontak</w:t>
      </w:r>
      <w:r>
        <w:t>towa: ....................................................................................</w:t>
      </w:r>
    </w:p>
    <w:p w:rsidR="0058373F" w:rsidRDefault="00EE5917">
      <w:r>
        <w:t>Telefon do kontaktu organizacyjnego: 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216"/>
        <w:gridCol w:w="4082"/>
      </w:tblGrid>
      <w:tr w:rsidR="0058373F">
        <w:trPr>
          <w:cantSplit/>
          <w:trHeight w:val="408"/>
          <w:tblHeader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2039"/>
            <w:vAlign w:val="center"/>
          </w:tcPr>
          <w:p w:rsidR="0058373F" w:rsidRDefault="00EE5917">
            <w:pPr>
              <w:spacing w:before="60" w:after="60"/>
            </w:pPr>
            <w:r>
              <w:rPr>
                <w:b/>
                <w:color w:val="FFFFFF"/>
                <w:sz w:val="21"/>
              </w:rPr>
              <w:t>Lp.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2039"/>
            <w:vAlign w:val="center"/>
          </w:tcPr>
          <w:p w:rsidR="0058373F" w:rsidRDefault="00EE5917">
            <w:pPr>
              <w:spacing w:before="60" w:after="60"/>
            </w:pPr>
            <w:r>
              <w:rPr>
                <w:b/>
                <w:color w:val="FFFFFF"/>
                <w:sz w:val="21"/>
              </w:rPr>
              <w:t>Imię i nazwisko zawodnika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2039"/>
            <w:vAlign w:val="center"/>
          </w:tcPr>
          <w:p w:rsidR="0058373F" w:rsidRDefault="00EE5917">
            <w:pPr>
              <w:spacing w:before="60" w:after="60"/>
            </w:pPr>
            <w:r>
              <w:rPr>
                <w:b/>
                <w:color w:val="FFFFFF"/>
                <w:sz w:val="21"/>
              </w:rPr>
              <w:t>Miejscowość zamieszkania</w:t>
            </w: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1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2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3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4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5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6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7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8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9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  <w:tr w:rsidR="0058373F">
        <w:trPr>
          <w:cantSplit/>
          <w:trHeight w:val="408"/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EE5917">
            <w:pPr>
              <w:spacing w:before="60" w:after="60"/>
            </w:pPr>
            <w:r>
              <w:rPr>
                <w:sz w:val="21"/>
              </w:rPr>
              <w:t>10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58373F" w:rsidRDefault="0058373F">
            <w:pPr>
              <w:spacing w:before="60" w:after="60"/>
            </w:pPr>
          </w:p>
        </w:tc>
      </w:tr>
    </w:tbl>
    <w:p w:rsidR="0058373F" w:rsidRDefault="00EE5917">
      <w:r>
        <w:t>Drużyna liczy od 6 do 10 zawodników, będących mieszkańcami gminy Sośnicowice. Jeden zawodnik może reprezentować tylko jedną drużynę. Kategoria OPEN, drużyny także mieszane.</w:t>
      </w:r>
    </w:p>
    <w:p w:rsidR="0058373F" w:rsidRDefault="00EE5917">
      <w:pPr>
        <w:pStyle w:val="Nagwek1"/>
      </w:pPr>
      <w:r>
        <w:t xml:space="preserve">Oświadczenie osoby zgłaszającej </w:t>
      </w:r>
      <w:r>
        <w:t>drużynę</w:t>
      </w:r>
    </w:p>
    <w:p w:rsidR="0058373F" w:rsidRDefault="00EE5917">
      <w:r>
        <w:t>Potwierdzam, że zgłaszam drużynę za wiedzą zawodników. Przed przekazaniem danych udostępniłem/am im regulamin i pełny załącznik nr 2, zawierający informację o przetwarzaniu danych. W przypadku osoby niepełnoletniej dokumenty otrzymał także jej rodz</w:t>
      </w:r>
      <w:r>
        <w:t>ic lub opiekun prawny. Podane dane są zgodne z przekazanymi mi informacjami.</w:t>
      </w:r>
    </w:p>
    <w:p w:rsidR="0058373F" w:rsidRDefault="00EE5917">
      <w:r>
        <w:t xml:space="preserve">Każdy zawodnik dostarcza własny podpisany załącznik nr 2 najpóźniej podczas weryfikacji drużyn w dniu turnieju, w godz. 8:15–8:30. Podpis osoby zgłaszającej nie zastępuje </w:t>
      </w:r>
      <w:r>
        <w:t>indywidualnych oświadczeń ani zgód.</w:t>
      </w:r>
    </w:p>
    <w:p w:rsidR="00377EB5" w:rsidRDefault="00377EB5">
      <w:bookmarkStart w:id="0" w:name="_GoBack"/>
      <w:bookmarkEnd w:id="0"/>
    </w:p>
    <w:p w:rsidR="0058373F" w:rsidRDefault="00EE5917">
      <w:r>
        <w:t>Data i podpis osoby zgłaszającej: ...........................................................................</w:t>
      </w:r>
    </w:p>
    <w:p w:rsidR="0058373F" w:rsidRDefault="00EE5917">
      <w:r>
        <w:t>Nie wpisuj numeru PESEL, numerów dokumentów ani pełnego adresu. Nie dołączaj kopii dokumentu tożsamości. Warun</w:t>
      </w:r>
      <w:r>
        <w:t>ek zamieszkania potwierdza indywidualne oświadczenie w załączniku nr 2.</w:t>
      </w:r>
    </w:p>
    <w:sectPr w:rsidR="0058373F" w:rsidSect="00034616">
      <w:footerReference w:type="default" r:id="rId9"/>
      <w:pgSz w:w="11906" w:h="16838"/>
      <w:pgMar w:top="822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917" w:rsidRDefault="00EE5917">
      <w:pPr>
        <w:spacing w:after="0" w:line="240" w:lineRule="auto"/>
      </w:pPr>
      <w:r>
        <w:separator/>
      </w:r>
    </w:p>
  </w:endnote>
  <w:endnote w:type="continuationSeparator" w:id="0">
    <w:p w:rsidR="00EE5917" w:rsidRDefault="00EE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3F" w:rsidRDefault="00EE5917">
    <w:pPr>
      <w:pStyle w:val="Stopka"/>
      <w:jc w:val="right"/>
    </w:pPr>
    <w:r>
      <w:rPr>
        <w:sz w:val="18"/>
      </w:rPr>
      <w:t xml:space="preserve">II Andrzejkowy Turniej Siatkówki  •  </w:t>
    </w:r>
    <w:r>
      <w:fldChar w:fldCharType="begin"/>
    </w:r>
    <w:r>
      <w:instrText>PAGE</w:instrText>
    </w:r>
    <w:r>
      <w:fldChar w:fldCharType="separate"/>
    </w:r>
    <w:r w:rsidR="00377E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917" w:rsidRDefault="00EE5917">
      <w:pPr>
        <w:spacing w:after="0" w:line="240" w:lineRule="auto"/>
      </w:pPr>
      <w:r>
        <w:separator/>
      </w:r>
    </w:p>
  </w:footnote>
  <w:footnote w:type="continuationSeparator" w:id="0">
    <w:p w:rsidR="00EE5917" w:rsidRDefault="00EE5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7EB5"/>
    <w:rsid w:val="0058373F"/>
    <w:rsid w:val="00AA1D8D"/>
    <w:rsid w:val="00B47730"/>
    <w:rsid w:val="00CB0664"/>
    <w:rsid w:val="00EE5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E9172"/>
  <w14:defaultImageDpi w14:val="300"/>
  <w15:docId w15:val="{9DDEF33E-E384-4B6B-8473-44476A12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47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77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EB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2522A4-9348-43E8-A29B-F35659FF3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Jaroszyńska</dc:creator>
  <cp:keywords/>
  <dc:description>generated by python-docx</dc:description>
  <cp:lastModifiedBy>Dominika Jaroszyńska</cp:lastModifiedBy>
  <cp:revision>2</cp:revision>
  <cp:lastPrinted>2026-10-29T11:54:00Z</cp:lastPrinted>
  <dcterms:created xsi:type="dcterms:W3CDTF">2026-10-30T10:22:00Z</dcterms:created>
  <dcterms:modified xsi:type="dcterms:W3CDTF">2026-10-30T10:22:00Z</dcterms:modified>
  <cp:category/>
</cp:coreProperties>
</file>