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B86F0" w14:textId="233DF9F4" w:rsidR="002D2883" w:rsidRPr="0081143B" w:rsidRDefault="0081143B" w:rsidP="00940128">
      <w:pPr>
        <w:jc w:val="right"/>
        <w:rPr>
          <w:sz w:val="22"/>
          <w:lang w:val="pl-PL"/>
        </w:rPr>
      </w:pPr>
      <w:r>
        <w:rPr>
          <w:sz w:val="22"/>
          <w:lang w:val="pl-PL"/>
        </w:rPr>
        <w:t xml:space="preserve">Załącznik nr 2 do regulaminu </w:t>
      </w:r>
    </w:p>
    <w:p w14:paraId="1084ACD0" w14:textId="77777777" w:rsidR="002D2883" w:rsidRPr="0081143B" w:rsidRDefault="00DB1D99">
      <w:pPr>
        <w:pStyle w:val="Tytu"/>
        <w:jc w:val="center"/>
        <w:rPr>
          <w:b/>
          <w:sz w:val="24"/>
          <w:szCs w:val="24"/>
          <w:lang w:val="pl-PL"/>
        </w:rPr>
      </w:pPr>
      <w:r w:rsidRPr="0081143B">
        <w:rPr>
          <w:b/>
          <w:sz w:val="24"/>
          <w:szCs w:val="24"/>
          <w:lang w:val="pl-PL"/>
        </w:rPr>
        <w:t>Formularz indywidualny uczestnika</w:t>
      </w:r>
    </w:p>
    <w:p w14:paraId="3AF1EF4F" w14:textId="066E4E9F" w:rsidR="00216D3C" w:rsidRPr="0081143B" w:rsidRDefault="00DB1D99" w:rsidP="0081143B">
      <w:pPr>
        <w:jc w:val="center"/>
        <w:rPr>
          <w:sz w:val="22"/>
          <w:lang w:val="pl-PL"/>
        </w:rPr>
      </w:pPr>
      <w:r w:rsidRPr="0081143B">
        <w:rPr>
          <w:b/>
          <w:sz w:val="22"/>
          <w:lang w:val="pl-PL"/>
        </w:rPr>
        <w:t>II Andrzejkowy Turniej Siatkówki o Puchar Burmistrza Sośnicowic</w:t>
      </w:r>
      <w:r w:rsidRPr="0081143B">
        <w:rPr>
          <w:b/>
          <w:sz w:val="22"/>
          <w:lang w:val="pl-PL"/>
        </w:rPr>
        <w:br/>
      </w:r>
      <w:r w:rsidRPr="0081143B">
        <w:rPr>
          <w:sz w:val="22"/>
          <w:lang w:val="pl-PL"/>
        </w:rPr>
        <w:t>28 listopada 2026 r. • hala sportowa, ul. Gimnazjalna 6</w:t>
      </w:r>
      <w:r w:rsidR="0081143B">
        <w:rPr>
          <w:sz w:val="22"/>
          <w:lang w:val="pl-PL"/>
        </w:rPr>
        <w:br/>
      </w:r>
      <w:r w:rsidR="00DE7360" w:rsidRPr="0081143B">
        <w:rPr>
          <w:b/>
          <w:sz w:val="22"/>
          <w:lang w:val="pl-PL"/>
        </w:rPr>
        <w:t>Wypełnia uczestnik</w:t>
      </w:r>
      <w:r w:rsidRPr="0081143B">
        <w:rPr>
          <w:sz w:val="22"/>
          <w:lang w:val="pl-PL"/>
        </w:rPr>
        <w:t xml:space="preserve">. </w:t>
      </w:r>
      <w:r w:rsidR="00216D3C" w:rsidRPr="0081143B">
        <w:rPr>
          <w:sz w:val="22"/>
          <w:lang w:val="pl-PL"/>
        </w:rPr>
        <w:br/>
      </w:r>
    </w:p>
    <w:p w14:paraId="6E766E68" w14:textId="77777777" w:rsidR="002D2883" w:rsidRPr="0081143B" w:rsidRDefault="00DB1D99" w:rsidP="00940128">
      <w:pPr>
        <w:spacing w:after="0"/>
        <w:rPr>
          <w:sz w:val="22"/>
          <w:lang w:val="pl-PL"/>
        </w:rPr>
      </w:pPr>
      <w:r w:rsidRPr="0081143B">
        <w:rPr>
          <w:sz w:val="22"/>
          <w:lang w:val="pl-PL"/>
        </w:rPr>
        <w:t>Imię i nazwisko zawodnika: ........................................................................................</w:t>
      </w:r>
    </w:p>
    <w:p w14:paraId="50767B46" w14:textId="77777777" w:rsidR="00216D3C" w:rsidRPr="0081143B" w:rsidRDefault="00216D3C" w:rsidP="00940128">
      <w:pPr>
        <w:spacing w:after="0"/>
        <w:rPr>
          <w:sz w:val="22"/>
          <w:lang w:val="pl-PL"/>
        </w:rPr>
      </w:pPr>
    </w:p>
    <w:p w14:paraId="6C64110E" w14:textId="77777777" w:rsidR="002D2883" w:rsidRPr="0081143B" w:rsidRDefault="00DB1D99" w:rsidP="00940128">
      <w:pPr>
        <w:spacing w:after="0"/>
        <w:rPr>
          <w:sz w:val="22"/>
          <w:lang w:val="pl-PL"/>
        </w:rPr>
      </w:pPr>
      <w:r w:rsidRPr="0081143B">
        <w:rPr>
          <w:sz w:val="22"/>
          <w:lang w:val="pl-PL"/>
        </w:rPr>
        <w:t>Nazwa drużyny: ...........................................................................................................</w:t>
      </w:r>
    </w:p>
    <w:p w14:paraId="55EF441D" w14:textId="77777777" w:rsidR="00216D3C" w:rsidRPr="0081143B" w:rsidRDefault="00216D3C" w:rsidP="00940128">
      <w:pPr>
        <w:spacing w:after="0"/>
        <w:rPr>
          <w:sz w:val="22"/>
          <w:lang w:val="pl-PL"/>
        </w:rPr>
      </w:pPr>
    </w:p>
    <w:p w14:paraId="5714FA74" w14:textId="77777777" w:rsidR="002D2883" w:rsidRPr="0081143B" w:rsidRDefault="00DB1D99" w:rsidP="00940128">
      <w:pPr>
        <w:spacing w:after="0"/>
        <w:rPr>
          <w:sz w:val="22"/>
          <w:lang w:val="pl-PL"/>
        </w:rPr>
      </w:pPr>
      <w:r w:rsidRPr="0081143B">
        <w:rPr>
          <w:sz w:val="22"/>
          <w:lang w:val="pl-PL"/>
        </w:rPr>
        <w:t>Miejscowość zamieszkania: ........................................................................................</w:t>
      </w:r>
    </w:p>
    <w:p w14:paraId="5AD91FE3" w14:textId="77777777" w:rsidR="002D2883" w:rsidRPr="0081143B" w:rsidRDefault="00DB1D99">
      <w:pPr>
        <w:pStyle w:val="Nagwek1"/>
        <w:rPr>
          <w:sz w:val="22"/>
          <w:szCs w:val="22"/>
          <w:lang w:val="pl-PL"/>
        </w:rPr>
      </w:pPr>
      <w:r w:rsidRPr="0081143B">
        <w:rPr>
          <w:sz w:val="22"/>
          <w:szCs w:val="22"/>
          <w:lang w:val="pl-PL"/>
        </w:rPr>
        <w:t>A Oświadczenie dotyczące udziału</w:t>
      </w:r>
    </w:p>
    <w:p w14:paraId="56A928F2" w14:textId="77777777" w:rsidR="002D2883" w:rsidRPr="0081143B" w:rsidRDefault="00DE7360">
      <w:pPr>
        <w:rPr>
          <w:sz w:val="22"/>
          <w:lang w:val="pl-PL"/>
        </w:rPr>
      </w:pPr>
      <w:r w:rsidRPr="0081143B">
        <w:rPr>
          <w:sz w:val="22"/>
          <w:lang w:val="pl-PL"/>
        </w:rPr>
        <w:t>Oświadczam, że jestem mieszkańcem Gminy Sośnicowice</w:t>
      </w:r>
      <w:r w:rsidR="00DB1D99" w:rsidRPr="0081143B">
        <w:rPr>
          <w:sz w:val="22"/>
          <w:lang w:val="pl-PL"/>
        </w:rPr>
        <w:t>. Zapoznałem/am się z regulaminem i zobowiązuję się do jego przestrzegania. Rozumiem ryzyko urazu lub kontuzji związane z rozgrywkami. Otrzymałem/am informację o przetwarzaniu danych osobowych ze strony 2. Oświadczenie nie oznacza zrzeczenia się roszczeń przysługujących na podstawie prawa.</w:t>
      </w:r>
    </w:p>
    <w:p w14:paraId="3294B1D1" w14:textId="737045AE" w:rsidR="002D2883" w:rsidRPr="0081143B" w:rsidRDefault="00DB1D99">
      <w:pPr>
        <w:rPr>
          <w:sz w:val="22"/>
          <w:lang w:val="pl-PL"/>
        </w:rPr>
      </w:pPr>
      <w:r w:rsidRPr="0081143B">
        <w:rPr>
          <w:sz w:val="22"/>
          <w:lang w:val="pl-PL"/>
        </w:rPr>
        <w:t>Zawodnik pełnoletni – data i podpis: .........................................</w:t>
      </w:r>
      <w:r w:rsidR="00940128">
        <w:rPr>
          <w:sz w:val="22"/>
          <w:lang w:val="pl-PL"/>
        </w:rPr>
        <w:t>..................</w:t>
      </w:r>
      <w:r w:rsidRPr="0081143B">
        <w:rPr>
          <w:sz w:val="22"/>
          <w:lang w:val="pl-PL"/>
        </w:rPr>
        <w:t>..................................</w:t>
      </w:r>
    </w:p>
    <w:p w14:paraId="0D7679F8" w14:textId="77777777" w:rsidR="002D2883" w:rsidRPr="0081143B" w:rsidRDefault="00DB1D99">
      <w:pPr>
        <w:pStyle w:val="Nagwek1"/>
        <w:rPr>
          <w:sz w:val="22"/>
          <w:szCs w:val="22"/>
          <w:lang w:val="pl-PL"/>
        </w:rPr>
      </w:pPr>
      <w:r w:rsidRPr="0081143B">
        <w:rPr>
          <w:sz w:val="22"/>
          <w:szCs w:val="22"/>
          <w:lang w:val="pl-PL"/>
        </w:rPr>
        <w:t>B Zgoda na udział osoby niepełnoletniej</w:t>
      </w:r>
    </w:p>
    <w:p w14:paraId="1531C6CF" w14:textId="77777777" w:rsidR="002D2883" w:rsidRPr="0081143B" w:rsidRDefault="00DB1D99">
      <w:pPr>
        <w:rPr>
          <w:i/>
          <w:sz w:val="22"/>
          <w:lang w:val="pl-PL"/>
        </w:rPr>
      </w:pPr>
      <w:r w:rsidRPr="0081143B">
        <w:rPr>
          <w:i/>
          <w:sz w:val="22"/>
          <w:lang w:val="pl-PL"/>
        </w:rPr>
        <w:t>Wypełnia wyłącznie rodzic lub opiekun prawny zawodnika niepełnoletniego.</w:t>
      </w:r>
    </w:p>
    <w:p w14:paraId="31A4B104" w14:textId="77777777" w:rsidR="002D2883" w:rsidRPr="0081143B" w:rsidRDefault="00DB1D99">
      <w:pPr>
        <w:rPr>
          <w:sz w:val="22"/>
          <w:lang w:val="pl-PL"/>
        </w:rPr>
      </w:pPr>
      <w:r w:rsidRPr="0081143B">
        <w:rPr>
          <w:sz w:val="22"/>
          <w:lang w:val="pl-PL"/>
        </w:rPr>
        <w:t>Ja, ...............................................</w:t>
      </w:r>
      <w:r w:rsidR="00216D3C" w:rsidRPr="0081143B">
        <w:rPr>
          <w:sz w:val="22"/>
          <w:lang w:val="pl-PL"/>
        </w:rPr>
        <w:t>.....................</w:t>
      </w:r>
      <w:r w:rsidRPr="0081143B">
        <w:rPr>
          <w:sz w:val="22"/>
          <w:lang w:val="pl-PL"/>
        </w:rPr>
        <w:t>................................., jako rodzic / opiekun prawny, wyrażam zgodę na udział wskazanego dziecka w turnieju i potwierdzam oświadczenia z części A. Zapewniam opiekę pełnoletniej osoby wskazanej poniżej przez cały czas udziału dziecka, także podczas przerw. Przekazałem/am jej informację ze strony 2 o przetwarzaniu danych.</w:t>
      </w:r>
    </w:p>
    <w:p w14:paraId="1627BAAD" w14:textId="77777777" w:rsidR="002D2883" w:rsidRPr="0081143B" w:rsidRDefault="00DB1D99">
      <w:pPr>
        <w:rPr>
          <w:sz w:val="22"/>
          <w:lang w:val="pl-PL"/>
        </w:rPr>
      </w:pPr>
      <w:r w:rsidRPr="0081143B">
        <w:rPr>
          <w:sz w:val="22"/>
          <w:lang w:val="pl-PL"/>
        </w:rPr>
        <w:t>Opiekun obecny na turnieju – imię, nazwisko i telefon: ...............................................</w:t>
      </w:r>
      <w:r w:rsidRPr="0081143B">
        <w:rPr>
          <w:sz w:val="22"/>
          <w:lang w:val="pl-PL"/>
        </w:rPr>
        <w:br/>
        <w:t>.....................................................................................................................................</w:t>
      </w:r>
    </w:p>
    <w:p w14:paraId="0D31389F" w14:textId="77777777" w:rsidR="002D2883" w:rsidRPr="0081143B" w:rsidRDefault="00DB1D99">
      <w:pPr>
        <w:rPr>
          <w:sz w:val="22"/>
          <w:lang w:val="pl-PL"/>
        </w:rPr>
      </w:pPr>
      <w:r w:rsidRPr="0081143B">
        <w:rPr>
          <w:sz w:val="22"/>
          <w:lang w:val="pl-PL"/>
        </w:rPr>
        <w:t>Data i podpis rodzica / opiekuna prawnego: ...............................................................</w:t>
      </w:r>
    </w:p>
    <w:p w14:paraId="3455E0F6" w14:textId="77777777" w:rsidR="002D2883" w:rsidRPr="0081143B" w:rsidRDefault="00DB1D99">
      <w:pPr>
        <w:pStyle w:val="Nagwek1"/>
        <w:rPr>
          <w:sz w:val="22"/>
          <w:szCs w:val="22"/>
          <w:lang w:val="pl-PL"/>
        </w:rPr>
      </w:pPr>
      <w:r w:rsidRPr="0081143B">
        <w:rPr>
          <w:sz w:val="22"/>
          <w:szCs w:val="22"/>
          <w:lang w:val="pl-PL"/>
        </w:rPr>
        <w:t>C Dobrowolna zgoda na wykorzystanie wizerunku</w:t>
      </w:r>
    </w:p>
    <w:p w14:paraId="1FB5C2FC" w14:textId="3138EFF3" w:rsidR="0081143B" w:rsidRPr="0081143B" w:rsidRDefault="0081143B" w:rsidP="0081143B">
      <w:pPr>
        <w:spacing w:line="276" w:lineRule="auto"/>
        <w:jc w:val="both"/>
        <w:rPr>
          <w:color w:val="auto"/>
          <w:sz w:val="22"/>
          <w:lang w:val="pl-PL"/>
        </w:rPr>
      </w:pPr>
      <w:r w:rsidRPr="0081143B">
        <w:rPr>
          <w:lang w:val="pl-PL"/>
        </w:rPr>
        <w:t xml:space="preserve">niżej podpisany(a), wyrażam zgodę na przetwarzanie </w:t>
      </w:r>
      <w:r w:rsidRPr="0081143B">
        <w:rPr>
          <w:b/>
          <w:bCs/>
          <w:lang w:val="pl-PL"/>
        </w:rPr>
        <w:t>moich</w:t>
      </w:r>
      <w:r w:rsidRPr="0081143B">
        <w:rPr>
          <w:lang w:val="pl-PL"/>
        </w:rPr>
        <w:t xml:space="preserve"> danych osobowych zakresie wizerunku w związku z organizacją przez Urząd Miejski w Sośnicowicach </w:t>
      </w:r>
      <w:r>
        <w:rPr>
          <w:lang w:val="pl-PL"/>
        </w:rPr>
        <w:t xml:space="preserve">II </w:t>
      </w:r>
      <w:r>
        <w:rPr>
          <w:b/>
          <w:bCs/>
          <w:lang w:val="pl-PL"/>
        </w:rPr>
        <w:t>Andrzejkowego</w:t>
      </w:r>
      <w:r w:rsidRPr="0081143B">
        <w:rPr>
          <w:b/>
          <w:bCs/>
          <w:lang w:val="pl-PL"/>
        </w:rPr>
        <w:t xml:space="preserve"> </w:t>
      </w:r>
      <w:r w:rsidRPr="0081143B">
        <w:rPr>
          <w:b/>
          <w:bCs/>
          <w:lang w:val="pl-PL"/>
        </w:rPr>
        <w:t>Turnieju</w:t>
      </w:r>
      <w:r>
        <w:rPr>
          <w:b/>
          <w:bCs/>
          <w:lang w:val="pl-PL"/>
        </w:rPr>
        <w:t xml:space="preserve"> Siatkówki</w:t>
      </w:r>
      <w:r w:rsidRPr="0081143B">
        <w:rPr>
          <w:lang w:val="pl-PL"/>
        </w:rPr>
        <w:t>. Wykonane zdjęcia będą prezentowane na stronie internetowej Urzędu Miejskiego w Sośnicowicach, na łamach gminnego informatora Miasteczko, na profilu Facebook Urzędu Miejskiego w Sośnicowicach oraz w publikacjach wydawanych przez Gminę Sośnicowice.</w:t>
      </w:r>
    </w:p>
    <w:p w14:paraId="1B060BC6" w14:textId="77777777" w:rsidR="0081143B" w:rsidRPr="0081143B" w:rsidRDefault="0081143B" w:rsidP="0081143B">
      <w:pPr>
        <w:jc w:val="both"/>
        <w:rPr>
          <w:b/>
          <w:bCs/>
          <w:i/>
          <w:iCs/>
          <w:lang w:val="pl-PL"/>
        </w:rPr>
      </w:pPr>
      <w:r w:rsidRPr="0081143B">
        <w:rPr>
          <w:b/>
          <w:bCs/>
          <w:i/>
          <w:iCs/>
          <w:vertAlign w:val="superscript"/>
          <w:lang w:val="pl-PL"/>
        </w:rPr>
        <w:t>*)</w:t>
      </w:r>
      <w:r w:rsidRPr="0081143B">
        <w:rPr>
          <w:b/>
          <w:bCs/>
          <w:i/>
          <w:iCs/>
          <w:lang w:val="pl-PL"/>
        </w:rPr>
        <w:t xml:space="preserve"> niewłaściwe skreślić</w:t>
      </w:r>
    </w:p>
    <w:p w14:paraId="51FE76AE" w14:textId="77777777" w:rsidR="0081143B" w:rsidRPr="0081143B" w:rsidRDefault="0081143B" w:rsidP="0081143B">
      <w:pPr>
        <w:jc w:val="both"/>
        <w:rPr>
          <w:sz w:val="16"/>
          <w:szCs w:val="16"/>
          <w:lang w:val="pl-PL"/>
        </w:rPr>
      </w:pPr>
    </w:p>
    <w:p w14:paraId="2A1BE38E" w14:textId="77777777" w:rsidR="0081143B" w:rsidRPr="0081143B" w:rsidRDefault="0081143B" w:rsidP="0081143B">
      <w:pPr>
        <w:jc w:val="both"/>
        <w:rPr>
          <w:sz w:val="24"/>
          <w:szCs w:val="24"/>
          <w:lang w:val="pl-PL"/>
        </w:rPr>
      </w:pPr>
      <w:r w:rsidRPr="0081143B">
        <w:rPr>
          <w:lang w:val="pl-PL"/>
        </w:rPr>
        <w:t>Oświadczam, iż poinformowano mnie o tym, że:</w:t>
      </w:r>
    </w:p>
    <w:p w14:paraId="0AF5791C" w14:textId="77777777" w:rsidR="0081143B" w:rsidRPr="0081143B" w:rsidRDefault="0081143B" w:rsidP="0081143B">
      <w:pPr>
        <w:numPr>
          <w:ilvl w:val="0"/>
          <w:numId w:val="10"/>
        </w:numPr>
        <w:spacing w:after="0" w:line="100" w:lineRule="atLeast"/>
        <w:jc w:val="both"/>
        <w:rPr>
          <w:rFonts w:eastAsia="Times New Roman"/>
          <w:sz w:val="22"/>
          <w:lang w:val="pl-PL"/>
        </w:rPr>
      </w:pPr>
      <w:r w:rsidRPr="0081143B">
        <w:rPr>
          <w:rFonts w:eastAsia="Times New Roman"/>
          <w:lang w:val="pl-PL"/>
        </w:rPr>
        <w:t xml:space="preserve">Administratorem danych osobowych jest Burmistrz Sośnicowic, z siedzibą: Rynek 19, 44-153 Sośnicowice, </w:t>
      </w:r>
      <w:r w:rsidRPr="0081143B">
        <w:rPr>
          <w:rFonts w:eastAsia="Times New Roman"/>
          <w:lang w:val="pl-PL"/>
        </w:rPr>
        <w:br/>
        <w:t xml:space="preserve">e-mail: </w:t>
      </w:r>
      <w:hyperlink r:id="rId8" w:history="1">
        <w:r w:rsidRPr="0081143B">
          <w:rPr>
            <w:rStyle w:val="Hipercze"/>
            <w:rFonts w:eastAsia="Times New Roman"/>
            <w:lang w:val="pl-PL"/>
          </w:rPr>
          <w:t>um@sosonicowice.pl</w:t>
        </w:r>
      </w:hyperlink>
      <w:r w:rsidRPr="0081143B">
        <w:rPr>
          <w:rFonts w:eastAsia="Times New Roman"/>
          <w:lang w:val="pl-PL"/>
        </w:rPr>
        <w:t xml:space="preserve"> tel.: 32 238 71 91.</w:t>
      </w:r>
    </w:p>
    <w:p w14:paraId="0633D555" w14:textId="6893AFF1" w:rsidR="0081143B" w:rsidRPr="0081143B" w:rsidRDefault="0081143B" w:rsidP="0081143B">
      <w:pPr>
        <w:numPr>
          <w:ilvl w:val="0"/>
          <w:numId w:val="10"/>
        </w:numPr>
        <w:spacing w:after="0" w:line="100" w:lineRule="atLeast"/>
        <w:jc w:val="both"/>
        <w:rPr>
          <w:rFonts w:eastAsia="Times New Roman"/>
          <w:lang w:val="pl-PL"/>
        </w:rPr>
      </w:pPr>
      <w:r w:rsidRPr="0081143B">
        <w:rPr>
          <w:rFonts w:eastAsia="Times New Roman"/>
          <w:lang w:val="pl-PL"/>
        </w:rPr>
        <w:t xml:space="preserve">Dane osobowe będą przetwarzane zgodnie z art. </w:t>
      </w:r>
      <w:r w:rsidRPr="0081143B">
        <w:rPr>
          <w:rFonts w:eastAsia="Times New Roman"/>
          <w:b/>
          <w:bCs/>
          <w:lang w:val="pl-PL"/>
        </w:rPr>
        <w:t>6</w:t>
      </w:r>
      <w:r w:rsidRPr="0081143B">
        <w:rPr>
          <w:rFonts w:eastAsia="Times New Roman"/>
          <w:lang w:val="pl-PL"/>
        </w:rPr>
        <w:t xml:space="preserve"> ust </w:t>
      </w:r>
      <w:r w:rsidRPr="0081143B">
        <w:rPr>
          <w:rFonts w:eastAsia="Times New Roman"/>
          <w:b/>
          <w:bCs/>
          <w:lang w:val="pl-PL"/>
        </w:rPr>
        <w:t>1</w:t>
      </w:r>
      <w:r w:rsidRPr="0081143B">
        <w:rPr>
          <w:rFonts w:eastAsia="Times New Roman"/>
          <w:lang w:val="pl-PL"/>
        </w:rPr>
        <w:t xml:space="preserve"> lit. </w:t>
      </w:r>
      <w:r w:rsidRPr="0081143B">
        <w:rPr>
          <w:rFonts w:eastAsia="Times New Roman"/>
          <w:b/>
          <w:bCs/>
          <w:lang w:val="pl-PL"/>
        </w:rPr>
        <w:t>a</w:t>
      </w:r>
      <w:r w:rsidRPr="0081143B">
        <w:rPr>
          <w:rFonts w:eastAsia="Times New Roman"/>
          <w:lang w:val="pl-PL"/>
        </w:rPr>
        <w:t xml:space="preserve"> </w:t>
      </w:r>
      <w:r w:rsidRPr="0081143B">
        <w:rPr>
          <w:rFonts w:eastAsia="Times New Roman"/>
          <w:b/>
          <w:bCs/>
          <w:i/>
          <w:iCs/>
          <w:lang w:val="pl-PL"/>
        </w:rPr>
        <w:t>RODO</w:t>
      </w:r>
      <w:r w:rsidRPr="0081143B">
        <w:rPr>
          <w:rFonts w:eastAsia="Times New Roman"/>
          <w:lang w:val="pl-PL"/>
        </w:rPr>
        <w:t xml:space="preserve"> w związku z wyrażeniem zgody na udział </w:t>
      </w:r>
      <w:r w:rsidR="00940128">
        <w:rPr>
          <w:rFonts w:eastAsia="Times New Roman"/>
          <w:lang w:val="pl-PL"/>
        </w:rPr>
        <w:t>ww.Turnieju</w:t>
      </w:r>
      <w:bookmarkStart w:id="0" w:name="_GoBack"/>
      <w:bookmarkEnd w:id="0"/>
      <w:r w:rsidRPr="0081143B">
        <w:rPr>
          <w:rFonts w:eastAsia="Times New Roman"/>
          <w:lang w:val="pl-PL"/>
        </w:rPr>
        <w:t>, publikacji zdjęć oraz informacji o tym wydarzeniu na stronie internetowej Urzędu Miejskiego w Sośnicowicach, profilu Facebook Urzędu Miejskiego w Sośnicowicach oraz na łamach gminnego informatora.</w:t>
      </w:r>
    </w:p>
    <w:p w14:paraId="0D8BCD29" w14:textId="77777777" w:rsidR="0081143B" w:rsidRPr="0081143B" w:rsidRDefault="0081143B" w:rsidP="0081143B">
      <w:pPr>
        <w:numPr>
          <w:ilvl w:val="0"/>
          <w:numId w:val="10"/>
        </w:numPr>
        <w:spacing w:after="0" w:line="100" w:lineRule="atLeast"/>
        <w:jc w:val="both"/>
        <w:rPr>
          <w:rFonts w:eastAsia="Times New Roman"/>
          <w:lang w:val="pl-PL"/>
        </w:rPr>
      </w:pPr>
      <w:r w:rsidRPr="0081143B">
        <w:rPr>
          <w:rFonts w:eastAsia="Times New Roman"/>
          <w:lang w:val="pl-PL"/>
        </w:rPr>
        <w:t>Mam prawo do cofnięcia zgody w dowolnym momencie bez wpływu na zgodność z prawem przetwarzania, którego dokonano na podstawie zgody przed jej cofnięciem.</w:t>
      </w:r>
    </w:p>
    <w:p w14:paraId="474A68F9" w14:textId="77777777" w:rsidR="0081143B" w:rsidRPr="0081143B" w:rsidRDefault="0081143B" w:rsidP="0081143B">
      <w:pPr>
        <w:numPr>
          <w:ilvl w:val="0"/>
          <w:numId w:val="10"/>
        </w:numPr>
        <w:spacing w:after="0" w:line="100" w:lineRule="atLeast"/>
        <w:jc w:val="both"/>
        <w:rPr>
          <w:rFonts w:eastAsia="Times New Roman"/>
          <w:lang w:val="pl-PL"/>
        </w:rPr>
      </w:pPr>
      <w:r w:rsidRPr="0081143B">
        <w:rPr>
          <w:rFonts w:eastAsia="Times New Roman"/>
          <w:lang w:val="pl-PL"/>
        </w:rPr>
        <w:t>Dane osobowe będą przechowywane przez okres do 5 lat lub do czasu wycofania zgody.</w:t>
      </w:r>
    </w:p>
    <w:p w14:paraId="0CA9F273" w14:textId="77777777" w:rsidR="0081143B" w:rsidRPr="0081143B" w:rsidRDefault="0081143B" w:rsidP="0081143B">
      <w:pPr>
        <w:ind w:left="360"/>
        <w:jc w:val="both"/>
        <w:rPr>
          <w:rFonts w:eastAsiaTheme="minorHAnsi"/>
          <w:sz w:val="12"/>
          <w:szCs w:val="12"/>
          <w:lang w:val="pl-PL"/>
        </w:rPr>
      </w:pPr>
    </w:p>
    <w:p w14:paraId="6EC6DF05" w14:textId="77777777" w:rsidR="0081143B" w:rsidRPr="0081143B" w:rsidRDefault="0081143B" w:rsidP="0081143B">
      <w:pPr>
        <w:numPr>
          <w:ilvl w:val="0"/>
          <w:numId w:val="10"/>
        </w:numPr>
        <w:spacing w:after="0" w:line="100" w:lineRule="atLeast"/>
        <w:jc w:val="both"/>
        <w:rPr>
          <w:rFonts w:eastAsia="Times New Roman"/>
          <w:b/>
          <w:bCs/>
          <w:sz w:val="22"/>
          <w:lang w:val="pl-PL"/>
        </w:rPr>
      </w:pPr>
      <w:r w:rsidRPr="0081143B">
        <w:rPr>
          <w:rFonts w:eastAsia="Times New Roman"/>
          <w:b/>
          <w:bCs/>
          <w:u w:val="single"/>
          <w:lang w:val="pl-PL"/>
        </w:rPr>
        <w:t>Pełna treść informacji o przetwarzaniu danych osobowych znajduje się na stronie www:</w:t>
      </w:r>
      <w:r w:rsidRPr="0081143B">
        <w:rPr>
          <w:rFonts w:eastAsia="Times New Roman"/>
          <w:b/>
          <w:bCs/>
          <w:lang w:val="pl-PL"/>
        </w:rPr>
        <w:t xml:space="preserve"> </w:t>
      </w:r>
      <w:hyperlink r:id="rId9" w:history="1">
        <w:r w:rsidRPr="0081143B">
          <w:rPr>
            <w:rStyle w:val="Hipercze"/>
            <w:rFonts w:eastAsia="Times New Roman"/>
            <w:b/>
            <w:bCs/>
            <w:lang w:val="pl-PL"/>
          </w:rPr>
          <w:t>www.sosnicowice.pl</w:t>
        </w:r>
      </w:hyperlink>
      <w:r w:rsidRPr="0081143B">
        <w:rPr>
          <w:rFonts w:eastAsia="Times New Roman"/>
          <w:b/>
          <w:bCs/>
          <w:lang w:val="pl-PL"/>
        </w:rPr>
        <w:t xml:space="preserve"> </w:t>
      </w:r>
    </w:p>
    <w:p w14:paraId="1EC2F57D" w14:textId="0179B813" w:rsidR="0081143B" w:rsidRPr="0081143B" w:rsidRDefault="0081143B" w:rsidP="00940128">
      <w:pPr>
        <w:spacing w:after="0"/>
        <w:rPr>
          <w:rFonts w:eastAsia="Calibri" w:cs="Calibri"/>
          <w:color w:val="1F497D"/>
          <w:sz w:val="22"/>
          <w:lang w:val="pl-PL"/>
        </w:rPr>
      </w:pPr>
    </w:p>
    <w:p w14:paraId="38506F10" w14:textId="77777777" w:rsidR="0081143B" w:rsidRPr="0081143B" w:rsidRDefault="0081143B" w:rsidP="00940128">
      <w:pPr>
        <w:spacing w:after="0"/>
        <w:jc w:val="right"/>
        <w:rPr>
          <w:rFonts w:eastAsia="Calibri" w:cs="Calibri"/>
          <w:color w:val="1F497D"/>
          <w:sz w:val="22"/>
          <w:lang w:val="pl-PL"/>
        </w:rPr>
      </w:pPr>
    </w:p>
    <w:p w14:paraId="2CCEC65E" w14:textId="77777777" w:rsidR="0081143B" w:rsidRDefault="00DB1D99" w:rsidP="00940128">
      <w:pPr>
        <w:jc w:val="right"/>
        <w:rPr>
          <w:sz w:val="22"/>
          <w:lang w:val="pl-PL"/>
        </w:rPr>
      </w:pPr>
      <w:r w:rsidRPr="0081143B">
        <w:rPr>
          <w:sz w:val="22"/>
          <w:lang w:val="pl-PL"/>
        </w:rPr>
        <w:t>Data i podpis zawodnika pełnoletniego albo rodzica / opiekuna prawnego:</w:t>
      </w:r>
    </w:p>
    <w:p w14:paraId="57B64B85" w14:textId="2BB089ED" w:rsidR="002D2883" w:rsidRPr="0081143B" w:rsidRDefault="00DB1D99" w:rsidP="00940128">
      <w:pPr>
        <w:jc w:val="right"/>
        <w:rPr>
          <w:sz w:val="22"/>
          <w:lang w:val="pl-PL"/>
        </w:rPr>
      </w:pPr>
      <w:r w:rsidRPr="0081143B">
        <w:rPr>
          <w:sz w:val="22"/>
          <w:lang w:val="pl-PL"/>
        </w:rPr>
        <w:br/>
        <w:t>.....................................................................................................................................</w:t>
      </w:r>
    </w:p>
    <w:sectPr w:rsidR="002D2883" w:rsidRPr="0081143B" w:rsidSect="0081143B">
      <w:pgSz w:w="11906" w:h="16838"/>
      <w:pgMar w:top="284" w:right="1020" w:bottom="142" w:left="1020" w:header="720" w:footer="4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68C23" w14:textId="77777777" w:rsidR="00BB0586" w:rsidRDefault="00BB0586">
      <w:pPr>
        <w:spacing w:after="0"/>
      </w:pPr>
      <w:r>
        <w:separator/>
      </w:r>
    </w:p>
  </w:endnote>
  <w:endnote w:type="continuationSeparator" w:id="0">
    <w:p w14:paraId="15BF1439" w14:textId="77777777" w:rsidR="00BB0586" w:rsidRDefault="00BB05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4A461" w14:textId="77777777" w:rsidR="00BB0586" w:rsidRDefault="00BB0586">
      <w:pPr>
        <w:spacing w:after="0"/>
      </w:pPr>
      <w:r>
        <w:separator/>
      </w:r>
    </w:p>
  </w:footnote>
  <w:footnote w:type="continuationSeparator" w:id="0">
    <w:p w14:paraId="718237F6" w14:textId="77777777" w:rsidR="00BB0586" w:rsidRDefault="00BB05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5004FA"/>
    <w:multiLevelType w:val="hybridMultilevel"/>
    <w:tmpl w:val="6AB29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6D3C"/>
    <w:rsid w:val="0029639D"/>
    <w:rsid w:val="002D2883"/>
    <w:rsid w:val="00326F90"/>
    <w:rsid w:val="0081143B"/>
    <w:rsid w:val="00940128"/>
    <w:rsid w:val="00AA1D8D"/>
    <w:rsid w:val="00B47730"/>
    <w:rsid w:val="00BB0586"/>
    <w:rsid w:val="00CB0664"/>
    <w:rsid w:val="00DB1D99"/>
    <w:rsid w:val="00DE7360"/>
    <w:rsid w:val="00E15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00AA06"/>
  <w14:defaultImageDpi w14:val="300"/>
  <w15:docId w15:val="{D080E67E-58C8-403E-87FB-69087D2F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Calibri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00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hAnsi="Calibri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36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360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7360"/>
    <w:rPr>
      <w:color w:val="0000FF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4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43B"/>
    <w:rPr>
      <w:rFonts w:ascii="Calibri" w:hAnsi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4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sosonic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osnicow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0DC2F2-C264-4413-A264-39671404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3072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Jaroszyńska</dc:creator>
  <cp:keywords/>
  <dc:description>generated by python-docx</dc:description>
  <cp:lastModifiedBy>Dominika Jaroszyńska</cp:lastModifiedBy>
  <cp:revision>2</cp:revision>
  <dcterms:created xsi:type="dcterms:W3CDTF">2026-10-30T10:18:00Z</dcterms:created>
  <dcterms:modified xsi:type="dcterms:W3CDTF">2026-10-30T10:18:00Z</dcterms:modified>
  <cp:category/>
</cp:coreProperties>
</file>